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FE" w:rsidRDefault="001D604D" w:rsidP="002F39EA">
      <w:pPr>
        <w:keepLines/>
        <w:spacing w:after="140" w:line="360" w:lineRule="auto"/>
        <w:jc w:val="right"/>
      </w:pPr>
      <w:r>
        <w:t>Toruń, dnia ..............................</w:t>
      </w:r>
    </w:p>
    <w:p w:rsidR="00A90CFE" w:rsidRDefault="001D604D" w:rsidP="002F39EA">
      <w:pPr>
        <w:keepLines/>
        <w:tabs>
          <w:tab w:val="right" w:leader="dot" w:pos="9751"/>
        </w:tabs>
        <w:spacing w:after="60" w:line="360" w:lineRule="auto"/>
      </w:pPr>
      <w:proofErr w:type="spellStart"/>
      <w:r>
        <w:rPr>
          <w:b/>
        </w:rPr>
        <w:t>Imię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nazwisko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rodzica</w:t>
      </w:r>
      <w:proofErr w:type="spellEnd"/>
      <w:r>
        <w:rPr>
          <w:b/>
        </w:rPr>
        <w:t>/</w:t>
      </w:r>
      <w:proofErr w:type="spellStart"/>
      <w:r>
        <w:rPr>
          <w:b/>
        </w:rPr>
        <w:t>opiekuna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prawnego</w:t>
      </w:r>
      <w:proofErr w:type="spellEnd"/>
      <w:r>
        <w:rPr>
          <w:b/>
        </w:rPr>
        <w:t xml:space="preserve">: </w:t>
      </w:r>
    </w:p>
    <w:p w:rsidR="00A90CFE" w:rsidRDefault="001D604D" w:rsidP="002F39EA">
      <w:pPr>
        <w:keepLines/>
        <w:tabs>
          <w:tab w:val="right" w:leader="dot" w:pos="9751"/>
        </w:tabs>
        <w:spacing w:after="60" w:line="360" w:lineRule="auto"/>
      </w:pPr>
      <w:proofErr w:type="spellStart"/>
      <w:r>
        <w:rPr>
          <w:b/>
        </w:rPr>
        <w:t>Imię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nazwisko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ucznia</w:t>
      </w:r>
      <w:proofErr w:type="spellEnd"/>
      <w:r>
        <w:rPr>
          <w:b/>
        </w:rPr>
        <w:t xml:space="preserve">: </w:t>
      </w:r>
    </w:p>
    <w:p w:rsidR="00A90CFE" w:rsidRDefault="001D604D" w:rsidP="002F39EA">
      <w:pPr>
        <w:keepLines/>
        <w:tabs>
          <w:tab w:val="right" w:leader="dot" w:pos="4082"/>
        </w:tabs>
        <w:spacing w:after="100" w:line="360" w:lineRule="auto"/>
      </w:pPr>
      <w:proofErr w:type="spellStart"/>
      <w:r>
        <w:rPr>
          <w:b/>
        </w:rPr>
        <w:t>Klasa</w:t>
      </w:r>
      <w:proofErr w:type="spellEnd"/>
      <w:r>
        <w:rPr>
          <w:b/>
        </w:rPr>
        <w:t>: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4649"/>
      </w:tblGrid>
      <w:tr w:rsidR="00A90CFE">
        <w:trPr>
          <w:jc w:val="center"/>
        </w:trPr>
        <w:tc>
          <w:tcPr>
            <w:tcW w:w="5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CFE" w:rsidRDefault="00A90CFE" w:rsidP="002F39EA">
            <w:pPr>
              <w:spacing w:line="360" w:lineRule="auto"/>
            </w:pP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CFE" w:rsidRDefault="001D604D" w:rsidP="002F39EA">
            <w:pPr>
              <w:spacing w:line="360" w:lineRule="auto"/>
            </w:pPr>
            <w:r>
              <w:rPr>
                <w:b/>
                <w:sz w:val="20"/>
              </w:rPr>
              <w:t>Do Dyrektora Szkoły Podstawowej Nr 35</w:t>
            </w:r>
            <w:r>
              <w:rPr>
                <w:b/>
                <w:sz w:val="20"/>
              </w:rPr>
              <w:br/>
            </w:r>
            <w:r>
              <w:rPr>
                <w:sz w:val="20"/>
              </w:rPr>
              <w:t>im. Polskich Olimpijczyków w Toruniu</w:t>
            </w:r>
            <w:r>
              <w:rPr>
                <w:sz w:val="20"/>
              </w:rPr>
              <w:br/>
              <w:t>Pani Ewy Lerman</w:t>
            </w:r>
          </w:p>
        </w:tc>
      </w:tr>
    </w:tbl>
    <w:p w:rsidR="00A90CFE" w:rsidRDefault="001D604D" w:rsidP="002F39EA">
      <w:pPr>
        <w:keepLines/>
        <w:spacing w:after="80" w:line="360" w:lineRule="auto"/>
        <w:jc w:val="center"/>
      </w:pPr>
      <w:r>
        <w:rPr>
          <w:b/>
          <w:sz w:val="27"/>
        </w:rPr>
        <w:t>WNIOSEK</w:t>
      </w:r>
    </w:p>
    <w:p w:rsidR="00A90CFE" w:rsidRDefault="001D604D" w:rsidP="002F39EA">
      <w:pPr>
        <w:keepLines/>
        <w:spacing w:after="140" w:line="360" w:lineRule="auto"/>
        <w:ind w:left="113" w:right="113"/>
        <w:jc w:val="center"/>
      </w:pPr>
      <w:r>
        <w:rPr>
          <w:b/>
          <w:sz w:val="20"/>
        </w:rPr>
        <w:t>o wyrażenie zgody na korzystanie przez ucznia z telefonu komórkowego lub innego urządzenia elektronicznego ze względów zdrowotnych</w:t>
      </w:r>
    </w:p>
    <w:p w:rsidR="00A90CFE" w:rsidRDefault="001D604D" w:rsidP="002F39EA">
      <w:pPr>
        <w:keepLines/>
        <w:spacing w:after="80" w:line="360" w:lineRule="auto"/>
        <w:ind w:firstLine="369"/>
        <w:jc w:val="both"/>
      </w:pPr>
      <w:r>
        <w:t>Na podstawie art. 98a ust. 2 pkt 2 ustawy z dnia 14 grudnia 2016 r. – Prawo oświatowe zwracam się z prośbą o wyrażenie zgody na korzystanie przez moje dziecko:</w:t>
      </w:r>
    </w:p>
    <w:p w:rsidR="00A90CFE" w:rsidRDefault="001D604D" w:rsidP="002F39EA">
      <w:pPr>
        <w:keepLines/>
        <w:tabs>
          <w:tab w:val="right" w:leader="dot" w:pos="8447"/>
        </w:tabs>
        <w:spacing w:after="80" w:line="360" w:lineRule="auto"/>
        <w:ind w:left="1247"/>
      </w:pPr>
      <w:r>
        <w:tab/>
      </w:r>
    </w:p>
    <w:p w:rsidR="00A90CFE" w:rsidRDefault="001D604D" w:rsidP="002F39EA">
      <w:pPr>
        <w:keepLines/>
        <w:spacing w:after="80" w:line="360" w:lineRule="auto"/>
        <w:ind w:firstLine="369"/>
        <w:jc w:val="both"/>
      </w:pPr>
      <w:r>
        <w:t>z telefonu komórkowego / smartwatcha / innego urządzenia elektronicznego podczas pobytu w szkole oraz podczas zajęć edukacyjnych organizowanych poza terenem szkoły.</w:t>
      </w:r>
    </w:p>
    <w:p w:rsidR="00A90CFE" w:rsidRDefault="001D604D" w:rsidP="002F39EA">
      <w:pPr>
        <w:keepLines/>
        <w:spacing w:after="80" w:line="360" w:lineRule="auto"/>
        <w:ind w:firstLine="369"/>
        <w:jc w:val="both"/>
      </w:pPr>
      <w:r>
        <w:t>Konieczność posiadania przez ucznia włączonego urządzenia wynika z choroby, niepełnosprawności lub innych szczególnych potrzeb wymagających korzystania z odpowiedniego sprzętu specjalistycznego lub aplikacji mobilnej służącej do monitorowania stanu zdrowia, w szczególności:</w:t>
      </w:r>
    </w:p>
    <w:p w:rsidR="00A90CFE" w:rsidRDefault="001D604D" w:rsidP="002F39EA">
      <w:pPr>
        <w:keepLines/>
        <w:tabs>
          <w:tab w:val="right" w:leader="dot" w:pos="9780"/>
        </w:tabs>
        <w:spacing w:after="20" w:line="360" w:lineRule="auto"/>
      </w:pPr>
      <w:r>
        <w:rPr>
          <w:sz w:val="18"/>
        </w:rPr>
        <w:tab/>
      </w:r>
    </w:p>
    <w:p w:rsidR="00A90CFE" w:rsidRDefault="001D604D" w:rsidP="002F39EA">
      <w:pPr>
        <w:keepLines/>
        <w:spacing w:after="80" w:line="360" w:lineRule="auto"/>
        <w:ind w:firstLine="369"/>
        <w:jc w:val="both"/>
      </w:pPr>
      <w:bookmarkStart w:id="0" w:name="_GoBack"/>
      <w:bookmarkEnd w:id="0"/>
      <w:r>
        <w:t>Urządzenie jest niezbędne m.in. do odbierania i przekazywania danych dotyczących stanu zdrowia ucznia, alarmów lub powiadomień oraz – zależnie od stosowanego systemu – współpracy z urządzeniem medycznym.</w:t>
      </w:r>
    </w:p>
    <w:p w:rsidR="00A90CFE" w:rsidRDefault="001D604D" w:rsidP="002F39EA">
      <w:pPr>
        <w:keepLines/>
        <w:spacing w:after="80" w:line="360" w:lineRule="auto"/>
      </w:pPr>
      <w:r>
        <w:rPr>
          <w:b/>
        </w:rPr>
        <w:t xml:space="preserve">Wnoszę o wyrażenie zgody na okres: </w:t>
      </w:r>
      <w:r>
        <w:t>od .......................... do ............................</w:t>
      </w:r>
    </w:p>
    <w:p w:rsidR="00A90CFE" w:rsidRDefault="001D604D" w:rsidP="002F39EA">
      <w:pPr>
        <w:keepLines/>
        <w:spacing w:after="80" w:line="360" w:lineRule="auto"/>
        <w:ind w:firstLine="369"/>
        <w:jc w:val="both"/>
      </w:pPr>
      <w:r>
        <w:t>Jednocześnie oświadczam, że uczeń został poinformowany, iż możliwość korzystania z urządzenia dotyczy wyłącznie czynności związanych z monitorowaniem stanu zdrowia i bezpieczeństwem zdrowotnym. Korzystanie z telefonu w innych celach pozostaje objęte zasadami obowiązującymi w szkole.</w:t>
      </w:r>
    </w:p>
    <w:p w:rsidR="00A90CFE" w:rsidRDefault="001D604D" w:rsidP="002F39EA">
      <w:pPr>
        <w:keepLines/>
        <w:spacing w:after="120" w:line="360" w:lineRule="auto"/>
        <w:ind w:firstLine="369"/>
        <w:jc w:val="both"/>
      </w:pPr>
      <w:r>
        <w:t>Proszę również o poinformowanie nauczycieli prowadzących zajęcia z uczniem o udzielonej zgodzie, tak aby korzystanie przez niego z urządzenia w celach zdrowotnych nie było traktowane jako naruszenie zakazu korzystania z telefonów komórkowych lub innych urządzeń elektronicznych.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71"/>
      </w:tblGrid>
      <w:tr w:rsidR="00A90CFE">
        <w:trPr>
          <w:jc w:val="center"/>
        </w:trPr>
        <w:tc>
          <w:tcPr>
            <w:tcW w:w="50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CFE" w:rsidRDefault="00A90CFE" w:rsidP="002F39EA">
            <w:pPr>
              <w:spacing w:line="360" w:lineRule="auto"/>
            </w:pPr>
          </w:p>
        </w:tc>
        <w:tc>
          <w:tcPr>
            <w:tcW w:w="50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CFE" w:rsidRDefault="001D604D" w:rsidP="002F39EA">
            <w:pPr>
              <w:spacing w:line="360" w:lineRule="auto"/>
              <w:jc w:val="center"/>
            </w:pPr>
            <w:r>
              <w:rPr>
                <w:sz w:val="18"/>
              </w:rPr>
              <w:t>....................................................</w:t>
            </w:r>
            <w:r>
              <w:rPr>
                <w:sz w:val="18"/>
              </w:rPr>
              <w:br/>
            </w:r>
            <w:r>
              <w:rPr>
                <w:i/>
                <w:sz w:val="17"/>
              </w:rPr>
              <w:t>podpis rodzica/opiekuna prawnego</w:t>
            </w:r>
          </w:p>
        </w:tc>
      </w:tr>
    </w:tbl>
    <w:p w:rsidR="00A90CFE" w:rsidRDefault="001D604D" w:rsidP="002F39EA">
      <w:pPr>
        <w:keepLines/>
        <w:spacing w:before="120" w:after="60" w:line="360" w:lineRule="auto"/>
      </w:pPr>
      <w:r>
        <w:rPr>
          <w:b/>
          <w:sz w:val="21"/>
        </w:rPr>
        <w:t>DECYZJA DYREKTORA SZKOŁY</w:t>
      </w:r>
    </w:p>
    <w:p w:rsidR="00A90CFE" w:rsidRDefault="001D604D" w:rsidP="002F39EA">
      <w:pPr>
        <w:keepLines/>
        <w:spacing w:after="30" w:line="360" w:lineRule="auto"/>
        <w:ind w:left="113"/>
        <w:jc w:val="both"/>
      </w:pPr>
      <w:r>
        <w:t>□ Wyrażam zgodę na korzystanie przez ucznia z urządzenia elektronicznego w zakresie wskazanym we wniosku.</w:t>
      </w:r>
    </w:p>
    <w:p w:rsidR="00A90CFE" w:rsidRDefault="001D604D" w:rsidP="002F39EA">
      <w:pPr>
        <w:keepLines/>
        <w:spacing w:after="30" w:line="360" w:lineRule="auto"/>
        <w:ind w:left="113"/>
        <w:jc w:val="both"/>
      </w:pPr>
      <w:r>
        <w:t>□ Nie wyrażam zgody.</w:t>
      </w:r>
    </w:p>
    <w:p w:rsidR="00A90CFE" w:rsidRDefault="001D604D" w:rsidP="002F39EA">
      <w:pPr>
        <w:keepLines/>
        <w:spacing w:after="40" w:line="360" w:lineRule="auto"/>
      </w:pPr>
      <w:r>
        <w:rPr>
          <w:b/>
        </w:rPr>
        <w:t xml:space="preserve">Zgoda obowiązuje: </w:t>
      </w:r>
      <w:r>
        <w:t>od ......................... do ............................</w:t>
      </w:r>
    </w:p>
    <w:p w:rsidR="00A90CFE" w:rsidRDefault="001D604D" w:rsidP="002F39EA">
      <w:pPr>
        <w:keepLines/>
        <w:spacing w:line="360" w:lineRule="auto"/>
      </w:pPr>
      <w:r>
        <w:rPr>
          <w:b/>
        </w:rPr>
        <w:t>Dodatkowe warunki korzystania z urządzenia:</w:t>
      </w:r>
    </w:p>
    <w:p w:rsidR="00A90CFE" w:rsidRDefault="001D604D" w:rsidP="002F39EA">
      <w:pPr>
        <w:keepLines/>
        <w:tabs>
          <w:tab w:val="right" w:leader="dot" w:pos="9780"/>
        </w:tabs>
        <w:spacing w:after="10" w:line="360" w:lineRule="auto"/>
      </w:pPr>
      <w:r>
        <w:rPr>
          <w:sz w:val="18"/>
        </w:rPr>
        <w:tab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71"/>
      </w:tblGrid>
      <w:tr w:rsidR="00A90CFE">
        <w:trPr>
          <w:jc w:val="center"/>
        </w:trPr>
        <w:tc>
          <w:tcPr>
            <w:tcW w:w="50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CFE" w:rsidRDefault="00A90CFE" w:rsidP="002F39EA">
            <w:pPr>
              <w:spacing w:line="360" w:lineRule="auto"/>
            </w:pPr>
          </w:p>
        </w:tc>
        <w:tc>
          <w:tcPr>
            <w:tcW w:w="50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CFE" w:rsidRDefault="001D604D" w:rsidP="002F39EA">
            <w:pPr>
              <w:spacing w:before="40" w:line="360" w:lineRule="auto"/>
              <w:jc w:val="center"/>
            </w:pPr>
            <w:r>
              <w:rPr>
                <w:sz w:val="18"/>
              </w:rPr>
              <w:t>....................................................</w:t>
            </w:r>
            <w:r>
              <w:rPr>
                <w:sz w:val="18"/>
              </w:rPr>
              <w:br/>
            </w:r>
            <w:r>
              <w:rPr>
                <w:i/>
                <w:sz w:val="17"/>
              </w:rPr>
              <w:t>data i podpis Dyrektora Szkoły</w:t>
            </w:r>
          </w:p>
        </w:tc>
      </w:tr>
    </w:tbl>
    <w:p w:rsidR="001D604D" w:rsidRDefault="001D604D" w:rsidP="002F39EA"/>
    <w:sectPr w:rsidR="001D604D" w:rsidSect="002F39EA">
      <w:pgSz w:w="12240" w:h="15840"/>
      <w:pgMar w:top="426" w:right="1049" w:bottom="765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604D"/>
    <w:rsid w:val="0029639D"/>
    <w:rsid w:val="002F39EA"/>
    <w:rsid w:val="00326F90"/>
    <w:rsid w:val="0041770E"/>
    <w:rsid w:val="00A90CF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9DADA3"/>
  <w14:defaultImageDpi w14:val="300"/>
  <w15:docId w15:val="{E5B8782C-60A1-45D9-B2A9-A2877C3F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 Narrow" w:eastAsia="Arial Narrow" w:hAnsi="Arial Narrow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6A275E-42B8-47BD-B39B-01FAC3C7E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zgodę na korzystanie z urządzenia elektronicznego ze względów zdrowotnych</dc:title>
  <dc:subject>Szkoła Podstawowa Nr 35 im. Polskich Olimpijczyków w Toruniu</dc:subject>
  <dc:creator>python-docx</dc:creator>
  <cp:keywords/>
  <dc:description>generated by python-docx</dc:description>
  <cp:lastModifiedBy>Admin</cp:lastModifiedBy>
  <cp:revision>5</cp:revision>
  <dcterms:created xsi:type="dcterms:W3CDTF">2013-12-23T23:15:00Z</dcterms:created>
  <dcterms:modified xsi:type="dcterms:W3CDTF">2026-09-14T21:14:00Z</dcterms:modified>
  <cp:category/>
</cp:coreProperties>
</file>